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1D098" w14:textId="0B5FB102" w:rsidR="00D04F29" w:rsidRDefault="00FB167F" w:rsidP="006B0FAF">
      <w:pPr>
        <w:pStyle w:val="Heading1"/>
        <w:spacing w:after="240" w:line="480" w:lineRule="auto"/>
      </w:pPr>
      <w:r>
        <w:rPr>
          <w:noProof/>
        </w:rPr>
        <w:drawing>
          <wp:inline distT="0" distB="0" distL="0" distR="0" wp14:anchorId="71165032" wp14:editId="126B611A">
            <wp:extent cx="2286000" cy="342853"/>
            <wp:effectExtent l="0" t="0" r="0" b="635"/>
            <wp:docPr id="1957111308" name="Picture 1" descr="Mizzou Online Logo">
              <a:extLst xmlns:a="http://schemas.openxmlformats.org/drawingml/2006/main">
                <a:ext uri="{FF2B5EF4-FFF2-40B4-BE49-F238E27FC236}">
                  <a16:creationId xmlns:a16="http://schemas.microsoft.com/office/drawing/2014/main" id="{2759A1F7-8794-4EAD-9E72-02CF9F6406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111308" name="Picture 1" descr="Mizzou Online Logo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42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CA231" w14:textId="2BE9EE90" w:rsidR="009B0D15" w:rsidRDefault="00623323" w:rsidP="002C7220">
      <w:pPr>
        <w:pStyle w:val="Heading1"/>
        <w:spacing w:before="240"/>
      </w:pPr>
      <w:r>
        <w:t>Student AI Use Scale</w:t>
      </w:r>
    </w:p>
    <w:p w14:paraId="50B6E606" w14:textId="77777777" w:rsidR="009B0D15" w:rsidRPr="008D1E83" w:rsidRDefault="00623323" w:rsidP="00B678E0">
      <w:pPr>
        <w:pStyle w:val="Subtitle"/>
        <w:jc w:val="center"/>
        <w:rPr>
          <w:color w:val="auto"/>
          <w:sz w:val="28"/>
          <w:szCs w:val="28"/>
        </w:rPr>
      </w:pPr>
      <w:r w:rsidRPr="008D1E83">
        <w:rPr>
          <w:color w:val="auto"/>
          <w:sz w:val="28"/>
          <w:szCs w:val="28"/>
        </w:rPr>
        <w:t>University of Missouri</w:t>
      </w:r>
    </w:p>
    <w:p w14:paraId="13A3652D" w14:textId="77777777" w:rsidR="009B0D15" w:rsidRDefault="00623323">
      <w:pPr>
        <w:spacing w:after="60"/>
      </w:pPr>
      <w:r>
        <w:rPr>
          <w:color w:val="000000"/>
        </w:rPr>
        <w:t xml:space="preserve">Instructors are encouraged to customize these levels and descriptions to fit their course context and assessment needs. </w:t>
      </w:r>
      <w:hyperlink r:id="rId8">
        <w:r w:rsidR="009B0D15">
          <w:rPr>
            <w:color w:val="005EA8"/>
            <w:u w:val="single"/>
          </w:rPr>
          <w:t>Explore additional AI resources from the University of Missouri.</w:t>
        </w:r>
      </w:hyperlink>
    </w:p>
    <w:p w14:paraId="7E6D1F86" w14:textId="77777777" w:rsidR="009B0D15" w:rsidRDefault="00623323" w:rsidP="00075462">
      <w:pPr>
        <w:pStyle w:val="Heading2"/>
      </w:pPr>
      <w:r>
        <w:t>AI Use Levels</w:t>
      </w:r>
    </w:p>
    <w:tbl>
      <w:tblPr>
        <w:tblStyle w:val="TableGrid"/>
        <w:tblW w:w="9360" w:type="dxa"/>
        <w:tblInd w:w="140" w:type="dxa"/>
        <w:tblLayout w:type="fixed"/>
        <w:tblLook w:val="04A0" w:firstRow="1" w:lastRow="0" w:firstColumn="1" w:lastColumn="0" w:noHBand="0" w:noVBand="1"/>
      </w:tblPr>
      <w:tblGrid>
        <w:gridCol w:w="1100"/>
        <w:gridCol w:w="6560"/>
        <w:gridCol w:w="1700"/>
      </w:tblGrid>
      <w:tr w:rsidR="009B0D15" w14:paraId="28AB9DBA" w14:textId="77777777" w:rsidTr="00EF2D37">
        <w:trPr>
          <w:tblHeader/>
        </w:trPr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 w:themeFill="text1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B5F5004" w14:textId="77777777" w:rsidR="009B0D15" w:rsidRPr="00A12719" w:rsidRDefault="00623323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A12719">
              <w:rPr>
                <w:b/>
                <w:color w:val="FFFFFF" w:themeColor="background1"/>
                <w:sz w:val="22"/>
                <w:szCs w:val="22"/>
              </w:rPr>
              <w:t>Level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 w:themeFill="text1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528D785A" w14:textId="77777777" w:rsidR="009B0D15" w:rsidRPr="00A12719" w:rsidRDefault="00623323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A12719">
              <w:rPr>
                <w:b/>
                <w:color w:val="FFFFFF" w:themeColor="background1"/>
                <w:sz w:val="22"/>
                <w:szCs w:val="22"/>
              </w:rPr>
              <w:t>Student's Role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 w:themeFill="text1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84EF8CD" w14:textId="77777777" w:rsidR="009B0D15" w:rsidRPr="00A12719" w:rsidRDefault="00623323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A12719">
              <w:rPr>
                <w:b/>
                <w:color w:val="FFFFFF" w:themeColor="background1"/>
                <w:sz w:val="22"/>
                <w:szCs w:val="22"/>
              </w:rPr>
              <w:t>AI's Role</w:t>
            </w:r>
          </w:p>
        </w:tc>
      </w:tr>
      <w:tr w:rsidR="009B0D15" w14:paraId="249F78C9" w14:textId="77777777" w:rsidTr="00EF2D37">
        <w:trPr>
          <w:cantSplit/>
        </w:trPr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CDB1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ACEA676" w14:textId="77777777" w:rsidR="009B0D15" w:rsidRPr="00A12719" w:rsidRDefault="00623323">
            <w:pPr>
              <w:jc w:val="center"/>
              <w:rPr>
                <w:sz w:val="22"/>
                <w:szCs w:val="22"/>
              </w:rPr>
            </w:pPr>
            <w:r w:rsidRPr="00A12719">
              <w:rPr>
                <w:b/>
                <w:color w:val="000000"/>
                <w:sz w:val="22"/>
                <w:szCs w:val="22"/>
              </w:rPr>
              <w:t>Level 0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CDB1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4D4D80E" w14:textId="77777777" w:rsidR="009B0D15" w:rsidRPr="00A12719" w:rsidRDefault="00623323">
            <w:pPr>
              <w:spacing w:after="60"/>
              <w:rPr>
                <w:sz w:val="22"/>
                <w:szCs w:val="22"/>
              </w:rPr>
            </w:pPr>
            <w:r w:rsidRPr="00A12719">
              <w:rPr>
                <w:b/>
                <w:color w:val="000000"/>
                <w:sz w:val="22"/>
                <w:szCs w:val="22"/>
              </w:rPr>
              <w:t>SOLE AUTHOR</w:t>
            </w:r>
          </w:p>
          <w:p w14:paraId="34716D19" w14:textId="77777777" w:rsidR="009B0D15" w:rsidRPr="00A12719" w:rsidRDefault="00623323">
            <w:pPr>
              <w:spacing w:line="269" w:lineRule="auto"/>
              <w:rPr>
                <w:sz w:val="22"/>
                <w:szCs w:val="22"/>
              </w:rPr>
            </w:pPr>
            <w:r w:rsidRPr="00A12719">
              <w:rPr>
                <w:color w:val="000000"/>
                <w:sz w:val="22"/>
                <w:szCs w:val="22"/>
              </w:rPr>
              <w:t>Students complete all planning, outlining, drafting, research, analysis, creation, and revision independently of AI. Widely used tools such as spellcheck, grammar check, and web search are allowed unless specifically stated.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ECDB1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E733404" w14:textId="77777777" w:rsidR="009B0D15" w:rsidRPr="00A12719" w:rsidRDefault="00623323">
            <w:pPr>
              <w:jc w:val="center"/>
              <w:rPr>
                <w:sz w:val="22"/>
                <w:szCs w:val="22"/>
              </w:rPr>
            </w:pPr>
            <w:r w:rsidRPr="00A12719">
              <w:rPr>
                <w:b/>
                <w:color w:val="000000"/>
                <w:sz w:val="22"/>
                <w:szCs w:val="22"/>
              </w:rPr>
              <w:t>None</w:t>
            </w:r>
          </w:p>
        </w:tc>
      </w:tr>
      <w:tr w:rsidR="009B0D15" w14:paraId="1383AC9F" w14:textId="77777777" w:rsidTr="00EF2D37">
        <w:trPr>
          <w:cantSplit/>
        </w:trPr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9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4E9901D" w14:textId="77777777" w:rsidR="009B0D15" w:rsidRPr="00A12719" w:rsidRDefault="00623323">
            <w:pPr>
              <w:jc w:val="center"/>
              <w:rPr>
                <w:sz w:val="22"/>
                <w:szCs w:val="22"/>
              </w:rPr>
            </w:pPr>
            <w:r w:rsidRPr="00A12719">
              <w:rPr>
                <w:b/>
                <w:color w:val="000000"/>
                <w:sz w:val="22"/>
                <w:szCs w:val="22"/>
              </w:rPr>
              <w:t>Level 1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9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F4A5AE3" w14:textId="77777777" w:rsidR="009B0D15" w:rsidRPr="00A12719" w:rsidRDefault="00623323">
            <w:pPr>
              <w:spacing w:after="60"/>
              <w:rPr>
                <w:sz w:val="22"/>
                <w:szCs w:val="22"/>
              </w:rPr>
            </w:pPr>
            <w:r w:rsidRPr="00A12719">
              <w:rPr>
                <w:b/>
                <w:color w:val="000000"/>
                <w:sz w:val="22"/>
                <w:szCs w:val="22"/>
              </w:rPr>
              <w:t>PRIMARY AUTHOR</w:t>
            </w:r>
          </w:p>
          <w:p w14:paraId="428D92B4" w14:textId="77777777" w:rsidR="009B0D15" w:rsidRPr="00A12719" w:rsidRDefault="00623323">
            <w:pPr>
              <w:spacing w:line="269" w:lineRule="auto"/>
              <w:rPr>
                <w:sz w:val="22"/>
                <w:szCs w:val="22"/>
              </w:rPr>
            </w:pPr>
            <w:r w:rsidRPr="00A12719">
              <w:rPr>
                <w:color w:val="000000"/>
                <w:sz w:val="22"/>
                <w:szCs w:val="22"/>
              </w:rPr>
              <w:t>Students generate most core ideas, prose, and content. Students may use AI only for specific, limited support tasks such as organization, proofreading, formatting, or web search.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95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C41CDDE" w14:textId="77777777" w:rsidR="009B0D15" w:rsidRPr="00A12719" w:rsidRDefault="00623323">
            <w:pPr>
              <w:jc w:val="center"/>
              <w:rPr>
                <w:sz w:val="22"/>
                <w:szCs w:val="22"/>
              </w:rPr>
            </w:pPr>
            <w:r w:rsidRPr="00A12719">
              <w:rPr>
                <w:b/>
                <w:color w:val="000000"/>
                <w:sz w:val="22"/>
                <w:szCs w:val="22"/>
              </w:rPr>
              <w:t>Editing Assistant</w:t>
            </w:r>
          </w:p>
        </w:tc>
      </w:tr>
      <w:tr w:rsidR="009B0D15" w14:paraId="060AB359" w14:textId="77777777" w:rsidTr="00EF2D37">
        <w:trPr>
          <w:cantSplit/>
        </w:trPr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AD7D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D82039D" w14:textId="77777777" w:rsidR="009B0D15" w:rsidRPr="00A12719" w:rsidRDefault="00623323">
            <w:pPr>
              <w:jc w:val="center"/>
              <w:rPr>
                <w:sz w:val="22"/>
                <w:szCs w:val="22"/>
              </w:rPr>
            </w:pPr>
            <w:r w:rsidRPr="00A12719">
              <w:rPr>
                <w:b/>
                <w:color w:val="000000"/>
                <w:sz w:val="22"/>
                <w:szCs w:val="22"/>
              </w:rPr>
              <w:t>Level 2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AD7D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FD16C30" w14:textId="77777777" w:rsidR="009B0D15" w:rsidRPr="00A12719" w:rsidRDefault="00623323">
            <w:pPr>
              <w:spacing w:after="60"/>
              <w:rPr>
                <w:sz w:val="22"/>
                <w:szCs w:val="22"/>
              </w:rPr>
            </w:pPr>
            <w:r w:rsidRPr="00A12719">
              <w:rPr>
                <w:b/>
                <w:color w:val="000000"/>
                <w:sz w:val="22"/>
                <w:szCs w:val="22"/>
              </w:rPr>
              <w:t>COLLABORATING AUTHOR</w:t>
            </w:r>
          </w:p>
          <w:p w14:paraId="60303238" w14:textId="77777777" w:rsidR="009B0D15" w:rsidRPr="00A12719" w:rsidRDefault="00623323">
            <w:pPr>
              <w:spacing w:line="269" w:lineRule="auto"/>
              <w:rPr>
                <w:sz w:val="22"/>
                <w:szCs w:val="22"/>
              </w:rPr>
            </w:pPr>
            <w:r w:rsidRPr="00A12719">
              <w:rPr>
                <w:color w:val="000000"/>
                <w:sz w:val="22"/>
                <w:szCs w:val="22"/>
              </w:rPr>
              <w:t>Students actively collaborate with AI on the assignment, using it for partial drafting and content generation while maintaining critical oversight.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AD7D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40384CE" w14:textId="77777777" w:rsidR="009B0D15" w:rsidRPr="00A12719" w:rsidRDefault="00623323">
            <w:pPr>
              <w:jc w:val="center"/>
              <w:rPr>
                <w:sz w:val="22"/>
                <w:szCs w:val="22"/>
              </w:rPr>
            </w:pPr>
            <w:r w:rsidRPr="00A12719">
              <w:rPr>
                <w:b/>
                <w:color w:val="000000"/>
                <w:sz w:val="22"/>
                <w:szCs w:val="22"/>
              </w:rPr>
              <w:t>Collaborator</w:t>
            </w:r>
          </w:p>
        </w:tc>
      </w:tr>
      <w:tr w:rsidR="009B0D15" w14:paraId="423036D7" w14:textId="77777777" w:rsidTr="00EF2D37">
        <w:trPr>
          <w:cantSplit/>
        </w:trPr>
        <w:tc>
          <w:tcPr>
            <w:tcW w:w="1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A8CB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38F0F02" w14:textId="77777777" w:rsidR="009B0D15" w:rsidRPr="00A12719" w:rsidRDefault="00623323">
            <w:pPr>
              <w:jc w:val="center"/>
              <w:rPr>
                <w:sz w:val="22"/>
                <w:szCs w:val="22"/>
              </w:rPr>
            </w:pPr>
            <w:r w:rsidRPr="00A12719">
              <w:rPr>
                <w:b/>
                <w:color w:val="000000"/>
                <w:sz w:val="22"/>
                <w:szCs w:val="22"/>
              </w:rPr>
              <w:t>Level 3</w:t>
            </w:r>
          </w:p>
        </w:tc>
        <w:tc>
          <w:tcPr>
            <w:tcW w:w="6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A8CB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23FA9FB" w14:textId="77777777" w:rsidR="009B0D15" w:rsidRPr="00A12719" w:rsidRDefault="00623323">
            <w:pPr>
              <w:spacing w:after="60"/>
              <w:rPr>
                <w:sz w:val="22"/>
                <w:szCs w:val="22"/>
              </w:rPr>
            </w:pPr>
            <w:r w:rsidRPr="00A12719">
              <w:rPr>
                <w:b/>
                <w:color w:val="000000"/>
                <w:sz w:val="22"/>
                <w:szCs w:val="22"/>
              </w:rPr>
              <w:t>SUPERVISING AUTHOR</w:t>
            </w:r>
          </w:p>
          <w:p w14:paraId="5F68A506" w14:textId="77777777" w:rsidR="009B0D15" w:rsidRPr="00A12719" w:rsidRDefault="00623323">
            <w:pPr>
              <w:spacing w:line="269" w:lineRule="auto"/>
              <w:rPr>
                <w:sz w:val="22"/>
                <w:szCs w:val="22"/>
              </w:rPr>
            </w:pPr>
            <w:r w:rsidRPr="00A12719">
              <w:rPr>
                <w:color w:val="000000"/>
                <w:sz w:val="22"/>
                <w:szCs w:val="22"/>
              </w:rPr>
              <w:t>Students leverage AI extensively for complex problem-solving, synthesis, and creation. The student serves as the author of record and certifies the accuracy, originality, and ethical use of the final work.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A8CB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C8FC2C7" w14:textId="77777777" w:rsidR="009B0D15" w:rsidRPr="00A12719" w:rsidRDefault="00623323">
            <w:pPr>
              <w:jc w:val="center"/>
              <w:rPr>
                <w:sz w:val="22"/>
                <w:szCs w:val="22"/>
              </w:rPr>
            </w:pPr>
            <w:r w:rsidRPr="00A12719">
              <w:rPr>
                <w:b/>
                <w:color w:val="000000"/>
                <w:sz w:val="22"/>
                <w:szCs w:val="22"/>
              </w:rPr>
              <w:t>Supervised Agent</w:t>
            </w:r>
          </w:p>
        </w:tc>
      </w:tr>
    </w:tbl>
    <w:p w14:paraId="32489324" w14:textId="77777777" w:rsidR="00F755C2" w:rsidRDefault="00F755C2" w:rsidP="00F755C2">
      <w:pPr>
        <w:pStyle w:val="Footer"/>
        <w:rPr>
          <w:rStyle w:val="Emphasis"/>
          <w:color w:val="4B4B4B"/>
          <w:sz w:val="18"/>
          <w:szCs w:val="18"/>
        </w:rPr>
      </w:pPr>
    </w:p>
    <w:p w14:paraId="254195F6" w14:textId="50A7AD60" w:rsidR="00F755C2" w:rsidRPr="00F81FB0" w:rsidRDefault="00F755C2" w:rsidP="00F755C2">
      <w:pPr>
        <w:pStyle w:val="Footer"/>
        <w:rPr>
          <w:i/>
          <w:iCs/>
          <w:sz w:val="22"/>
          <w:szCs w:val="22"/>
        </w:rPr>
      </w:pPr>
      <w:r w:rsidRPr="00F81FB0">
        <w:rPr>
          <w:rStyle w:val="Emphasis"/>
          <w:i w:val="0"/>
          <w:iCs w:val="0"/>
          <w:sz w:val="22"/>
          <w:szCs w:val="22"/>
        </w:rPr>
        <w:t xml:space="preserve">The AI Use Scale was approved by Faculty Council for undergraduate education on 4/2/26. </w:t>
      </w:r>
    </w:p>
    <w:p w14:paraId="2468677C" w14:textId="429DF775" w:rsidR="009B0D15" w:rsidRDefault="009B0D15" w:rsidP="00CD5EDB">
      <w:pPr>
        <w:spacing w:before="160" w:after="40"/>
      </w:pPr>
    </w:p>
    <w:sectPr w:rsidR="009B0D15" w:rsidSect="00034616">
      <w:headerReference w:type="default" r:id="rId9"/>
      <w:footerReference w:type="default" r:id="rId10"/>
      <w:pgSz w:w="12240" w:h="15840"/>
      <w:pgMar w:top="1037" w:right="1296" w:bottom="1037" w:left="1296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83CD2" w14:textId="77777777" w:rsidR="0004378C" w:rsidRDefault="0004378C">
      <w:r>
        <w:separator/>
      </w:r>
    </w:p>
  </w:endnote>
  <w:endnote w:type="continuationSeparator" w:id="0">
    <w:p w14:paraId="019ACAC6" w14:textId="77777777" w:rsidR="0004378C" w:rsidRDefault="00043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45259" w14:textId="4FD1B03F" w:rsidR="00E01E3A" w:rsidRPr="00E01E3A" w:rsidRDefault="00B2327C" w:rsidP="00E01E3A">
    <w:pPr>
      <w:pStyle w:val="Footer"/>
      <w:rPr>
        <w:sz w:val="22"/>
        <w:szCs w:val="22"/>
      </w:rPr>
    </w:pPr>
    <w:r>
      <w:rPr>
        <w:rStyle w:val="Emphasis"/>
        <w:i w:val="0"/>
        <w:iCs w:val="0"/>
        <w:sz w:val="22"/>
        <w:szCs w:val="22"/>
      </w:rPr>
      <w:t>The MU</w:t>
    </w:r>
    <w:r w:rsidR="00687F28">
      <w:rPr>
        <w:rStyle w:val="Emphasis"/>
        <w:i w:val="0"/>
        <w:iCs w:val="0"/>
        <w:sz w:val="22"/>
        <w:szCs w:val="22"/>
      </w:rPr>
      <w:t xml:space="preserve"> Student AI Use Scale</w:t>
    </w:r>
    <w:r w:rsidRPr="00F81FB0">
      <w:rPr>
        <w:rStyle w:val="Emphasis"/>
        <w:i w:val="0"/>
        <w:iCs w:val="0"/>
        <w:sz w:val="22"/>
        <w:szCs w:val="22"/>
      </w:rPr>
      <w:t xml:space="preserve"> is adapted from University of Kentucky GAI Use Scale</w:t>
    </w:r>
    <w:r>
      <w:rPr>
        <w:rStyle w:val="Emphasis"/>
        <w:i w:val="0"/>
        <w:iCs w:val="0"/>
        <w:sz w:val="22"/>
        <w:szCs w:val="22"/>
      </w:rPr>
      <w:t xml:space="preserve"> under </w:t>
    </w:r>
    <w:hyperlink r:id="rId1" w:tgtFrame="_blank" w:history="1">
      <w:r w:rsidRPr="00F81FB0">
        <w:rPr>
          <w:rStyle w:val="Hyperlink"/>
          <w:i/>
          <w:iCs/>
          <w:color w:val="auto"/>
          <w:sz w:val="22"/>
          <w:szCs w:val="22"/>
        </w:rPr>
        <w:t>CC BY NC SA.</w:t>
      </w:r>
    </w:hyperlink>
    <w:r w:rsidRPr="00F81FB0">
      <w:rPr>
        <w:rStyle w:val="Emphasis"/>
        <w:i w:val="0"/>
        <w:iCs w:val="0"/>
        <w:sz w:val="22"/>
        <w:szCs w:val="22"/>
      </w:rPr>
      <w:t xml:space="preserve"> </w:t>
    </w:r>
    <w:r w:rsidR="00687F28">
      <w:rPr>
        <w:rStyle w:val="Emphasis"/>
        <w:i w:val="0"/>
        <w:iCs w:val="0"/>
        <w:sz w:val="22"/>
        <w:szCs w:val="22"/>
      </w:rPr>
      <w:t xml:space="preserve">This document by Mizzou Online </w:t>
    </w:r>
    <w:r w:rsidR="00E01E3A" w:rsidRPr="00E01E3A">
      <w:rPr>
        <w:sz w:val="22"/>
        <w:szCs w:val="22"/>
      </w:rPr>
      <w:t xml:space="preserve">can be re-used and adapted under </w:t>
    </w:r>
    <w:hyperlink r:id="rId2" w:history="1">
      <w:r w:rsidR="00E01E3A" w:rsidRPr="00E01E3A">
        <w:rPr>
          <w:rStyle w:val="Hyperlink"/>
          <w:sz w:val="22"/>
          <w:szCs w:val="22"/>
        </w:rPr>
        <w:t>CC BY-NC-SA 4.0</w:t>
      </w:r>
    </w:hyperlink>
  </w:p>
  <w:p w14:paraId="4E0D1E70" w14:textId="0347F215" w:rsidR="00B2327C" w:rsidRPr="00F81FB0" w:rsidRDefault="00B2327C" w:rsidP="00B2327C">
    <w:pPr>
      <w:pStyle w:val="Footer"/>
      <w:rPr>
        <w:i/>
        <w:iCs/>
        <w:sz w:val="22"/>
        <w:szCs w:val="22"/>
      </w:rPr>
    </w:pPr>
  </w:p>
  <w:p w14:paraId="49961FBA" w14:textId="77777777" w:rsidR="00B2327C" w:rsidRPr="00B2327C" w:rsidRDefault="00B2327C" w:rsidP="00B232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DDFB6" w14:textId="77777777" w:rsidR="0004378C" w:rsidRDefault="0004378C">
      <w:r>
        <w:separator/>
      </w:r>
    </w:p>
  </w:footnote>
  <w:footnote w:type="continuationSeparator" w:id="0">
    <w:p w14:paraId="4F4E71BC" w14:textId="77777777" w:rsidR="0004378C" w:rsidRDefault="000437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0D891" w14:textId="10AE466F" w:rsidR="009B0D15" w:rsidRDefault="009B0D1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1173566">
    <w:abstractNumId w:val="2"/>
  </w:num>
  <w:num w:numId="2" w16cid:durableId="1068183882">
    <w:abstractNumId w:val="6"/>
  </w:num>
  <w:num w:numId="3" w16cid:durableId="1476411364">
    <w:abstractNumId w:val="8"/>
  </w:num>
  <w:num w:numId="4" w16cid:durableId="2058386587">
    <w:abstractNumId w:val="0"/>
  </w:num>
  <w:num w:numId="5" w16cid:durableId="643697379">
    <w:abstractNumId w:val="1"/>
  </w:num>
  <w:num w:numId="6" w16cid:durableId="704988911">
    <w:abstractNumId w:val="7"/>
  </w:num>
  <w:num w:numId="7" w16cid:durableId="781146610">
    <w:abstractNumId w:val="3"/>
  </w:num>
  <w:num w:numId="8" w16cid:durableId="912423524">
    <w:abstractNumId w:val="5"/>
  </w:num>
  <w:num w:numId="9" w16cid:durableId="9209438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378C"/>
    <w:rsid w:val="0006063C"/>
    <w:rsid w:val="00075462"/>
    <w:rsid w:val="000D5CB6"/>
    <w:rsid w:val="000D63BE"/>
    <w:rsid w:val="000F78B2"/>
    <w:rsid w:val="0015074B"/>
    <w:rsid w:val="00192888"/>
    <w:rsid w:val="001A2646"/>
    <w:rsid w:val="001F046D"/>
    <w:rsid w:val="00217938"/>
    <w:rsid w:val="0029639D"/>
    <w:rsid w:val="002C7220"/>
    <w:rsid w:val="00326F90"/>
    <w:rsid w:val="0035191D"/>
    <w:rsid w:val="004F6C88"/>
    <w:rsid w:val="00513365"/>
    <w:rsid w:val="0055262D"/>
    <w:rsid w:val="005B5AFF"/>
    <w:rsid w:val="005B6556"/>
    <w:rsid w:val="00620A60"/>
    <w:rsid w:val="00623323"/>
    <w:rsid w:val="00687F28"/>
    <w:rsid w:val="006A0D62"/>
    <w:rsid w:val="006B0FAF"/>
    <w:rsid w:val="006C2925"/>
    <w:rsid w:val="00761D85"/>
    <w:rsid w:val="007805EF"/>
    <w:rsid w:val="007B2292"/>
    <w:rsid w:val="007D55BA"/>
    <w:rsid w:val="00806FFE"/>
    <w:rsid w:val="008D1E83"/>
    <w:rsid w:val="008D3C76"/>
    <w:rsid w:val="00934B90"/>
    <w:rsid w:val="00962938"/>
    <w:rsid w:val="00981EBC"/>
    <w:rsid w:val="009B0D15"/>
    <w:rsid w:val="009E34DD"/>
    <w:rsid w:val="009E5038"/>
    <w:rsid w:val="009E5810"/>
    <w:rsid w:val="00A05DFB"/>
    <w:rsid w:val="00A12719"/>
    <w:rsid w:val="00A330D0"/>
    <w:rsid w:val="00AA1D8D"/>
    <w:rsid w:val="00AD7EB5"/>
    <w:rsid w:val="00AF3952"/>
    <w:rsid w:val="00B2327C"/>
    <w:rsid w:val="00B47730"/>
    <w:rsid w:val="00B678E0"/>
    <w:rsid w:val="00C83EAD"/>
    <w:rsid w:val="00CA47AB"/>
    <w:rsid w:val="00CB0664"/>
    <w:rsid w:val="00CD5EDB"/>
    <w:rsid w:val="00D04F29"/>
    <w:rsid w:val="00D143DC"/>
    <w:rsid w:val="00D45611"/>
    <w:rsid w:val="00E01E3A"/>
    <w:rsid w:val="00E60BB1"/>
    <w:rsid w:val="00E943D6"/>
    <w:rsid w:val="00EC063F"/>
    <w:rsid w:val="00EF2D37"/>
    <w:rsid w:val="00F202DF"/>
    <w:rsid w:val="00F755C2"/>
    <w:rsid w:val="00F81FB0"/>
    <w:rsid w:val="00F85D7F"/>
    <w:rsid w:val="00FA1EB9"/>
    <w:rsid w:val="00FB16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BBBF8F0"/>
  <w14:defaultImageDpi w14:val="300"/>
  <w15:docId w15:val="{41350E4B-AB6F-4701-A8A8-60109F9C0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56"/>
    <w:pPr>
      <w:spacing w:after="0" w:line="240" w:lineRule="auto"/>
    </w:pPr>
    <w:rPr>
      <w:rFonts w:eastAsiaTheme="minorHAnsi"/>
      <w:sz w:val="24"/>
      <w:szCs w:val="24"/>
    </w:rPr>
  </w:style>
  <w:style w:type="paragraph" w:styleId="Heading1">
    <w:name w:val="heading 1"/>
    <w:basedOn w:val="Title"/>
    <w:next w:val="Normal"/>
    <w:link w:val="Heading1Char"/>
    <w:uiPriority w:val="9"/>
    <w:qFormat/>
    <w:rsid w:val="005B6556"/>
    <w:pPr>
      <w:jc w:val="center"/>
      <w:outlineLvl w:val="0"/>
    </w:pPr>
    <w:rPr>
      <w:rFonts w:asciiTheme="minorHAnsi" w:eastAsia="Times New Roman" w:hAnsiTheme="minorHAnsi"/>
      <w:b/>
      <w:bCs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5B6556"/>
    <w:pPr>
      <w:keepNext/>
      <w:keepLines/>
      <w:pBdr>
        <w:bottom w:val="single" w:sz="12" w:space="1" w:color="FDB719"/>
      </w:pBdr>
      <w:spacing w:before="200" w:after="240" w:line="276" w:lineRule="auto"/>
      <w:outlineLvl w:val="1"/>
    </w:pPr>
    <w:rPr>
      <w:rFonts w:asciiTheme="majorHAnsi" w:eastAsia="Times New Roman" w:hAnsiTheme="majorHAnsi" w:cstheme="majorBidi"/>
      <w:b/>
      <w:b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6556"/>
    <w:pPr>
      <w:keepNext/>
      <w:keepLines/>
      <w:shd w:val="clear" w:color="auto" w:fill="F2F2F2" w:themeFill="background1" w:themeFillShade="F2"/>
      <w:spacing w:before="40" w:after="240"/>
      <w:outlineLvl w:val="2"/>
    </w:pPr>
    <w:rPr>
      <w:rFonts w:asciiTheme="majorHAnsi" w:eastAsiaTheme="majorEastAsia" w:hAnsiTheme="majorHAnsi" w:cstheme="majorBidi"/>
      <w:b/>
      <w:bCs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  <w:rsid w:val="005B65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6556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B6556"/>
    <w:rPr>
      <w:rFonts w:eastAsia="Times New Roman" w:cstheme="majorBidi"/>
      <w:b/>
      <w:bCs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5B6556"/>
    <w:rPr>
      <w:rFonts w:asciiTheme="majorHAnsi" w:eastAsia="Times New Roman" w:hAnsiTheme="majorHAnsi" w:cstheme="majorBidi"/>
      <w:b/>
      <w:bC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5B6556"/>
    <w:rPr>
      <w:rFonts w:asciiTheme="majorHAnsi" w:eastAsiaTheme="majorEastAsia" w:hAnsiTheme="majorHAnsi" w:cstheme="majorBidi"/>
      <w:b/>
      <w:bCs/>
      <w:color w:val="243F60" w:themeColor="accent1" w:themeShade="7F"/>
      <w:sz w:val="24"/>
      <w:szCs w:val="24"/>
      <w:shd w:val="clear" w:color="auto" w:fill="F2F2F2" w:themeFill="background1" w:themeFillShade="F2"/>
    </w:rPr>
  </w:style>
  <w:style w:type="paragraph" w:styleId="Title">
    <w:name w:val="Title"/>
    <w:basedOn w:val="Normal"/>
    <w:next w:val="Normal"/>
    <w:link w:val="TitleChar"/>
    <w:uiPriority w:val="10"/>
    <w:qFormat/>
    <w:rsid w:val="005B655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5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55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B6556"/>
    <w:rPr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5B6556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D5EDB"/>
    <w:rPr>
      <w:color w:val="0000FF"/>
      <w:u w:val="single"/>
    </w:rPr>
  </w:style>
  <w:style w:type="paragraph" w:customStyle="1" w:styleId="Overview">
    <w:name w:val="Overview"/>
    <w:basedOn w:val="Normal"/>
    <w:link w:val="OverviewChar"/>
    <w:qFormat/>
    <w:rsid w:val="005B6556"/>
    <w:pPr>
      <w:shd w:val="clear" w:color="auto" w:fill="F2F2F2" w:themeFill="background1" w:themeFillShade="F2"/>
      <w:ind w:left="14"/>
    </w:pPr>
    <w:rPr>
      <w:rFonts w:eastAsia="Times New Roman" w:cstheme="minorHAnsi"/>
      <w:i/>
      <w:iCs/>
      <w:color w:val="000000" w:themeColor="text1"/>
    </w:rPr>
  </w:style>
  <w:style w:type="character" w:customStyle="1" w:styleId="OverviewChar">
    <w:name w:val="Overview Char"/>
    <w:basedOn w:val="DefaultParagraphFont"/>
    <w:link w:val="Overview"/>
    <w:rsid w:val="005B6556"/>
    <w:rPr>
      <w:rFonts w:eastAsia="Times New Roman" w:cstheme="minorHAnsi"/>
      <w:i/>
      <w:iCs/>
      <w:color w:val="000000" w:themeColor="text1"/>
      <w:sz w:val="24"/>
      <w:szCs w:val="24"/>
      <w:shd w:val="clear" w:color="auto" w:fill="F2F2F2" w:themeFill="background1" w:themeFillShade="F2"/>
    </w:rPr>
  </w:style>
  <w:style w:type="paragraph" w:styleId="NormalWeb">
    <w:name w:val="Normal (Web)"/>
    <w:basedOn w:val="Normal"/>
    <w:uiPriority w:val="99"/>
    <w:semiHidden/>
    <w:unhideWhenUsed/>
    <w:rsid w:val="00E01E3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E01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i.missouri.ed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creativecommons.org/licenses/by-nc-sa/4.0/?ref=chooser-v1" TargetMode="External"/><Relationship Id="rId1" Type="http://schemas.openxmlformats.org/officeDocument/2006/relationships/hyperlink" Target="https://creativecommons.org/licenses/by-nc-sa/4.0/deed.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 Student AI Use Scale</vt:lpstr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 Student AI Use Scale</dc:title>
  <dc:subject>Accessible text version of the University of Missouri Student AI Use Scale</dc:subject>
  <dc:creator>University of Missouri</dc:creator>
  <cp:keywords>artificial intelligence, student AI use, accessibility, assessment</cp:keywords>
  <dc:description>generated by python-docx</dc:description>
  <cp:lastModifiedBy>Allard-Kropp, Manon</cp:lastModifiedBy>
  <cp:revision>2</cp:revision>
  <dcterms:created xsi:type="dcterms:W3CDTF">2026-08-13T19:43:00Z</dcterms:created>
  <dcterms:modified xsi:type="dcterms:W3CDTF">2026-08-14T20:20:00Z</dcterms:modified>
  <cp:category/>
</cp:coreProperties>
</file>